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BE99" w14:textId="77777777" w:rsidR="00A3176B" w:rsidRPr="009E4A83" w:rsidRDefault="004D2782">
      <w:pPr>
        <w:jc w:val="right"/>
        <w:rPr>
          <w:lang w:val="cs-CZ"/>
        </w:rPr>
      </w:pPr>
      <w:r w:rsidRPr="009E4A83">
        <w:rPr>
          <w:sz w:val="18"/>
          <w:lang w:val="cs-CZ"/>
        </w:rPr>
        <w:t>ev. číslo smlouvy: ………………………</w:t>
      </w:r>
    </w:p>
    <w:p w14:paraId="7C6AC972" w14:textId="77777777" w:rsidR="00A3176B" w:rsidRPr="009E4A83" w:rsidRDefault="004D2782">
      <w:pPr>
        <w:jc w:val="center"/>
        <w:rPr>
          <w:lang w:val="cs-CZ"/>
        </w:rPr>
      </w:pPr>
      <w:r w:rsidRPr="009E4A83">
        <w:rPr>
          <w:b/>
          <w:sz w:val="28"/>
          <w:lang w:val="cs-CZ"/>
        </w:rPr>
        <w:t>DAROVACÍ SMLOUVA</w:t>
      </w:r>
    </w:p>
    <w:p w14:paraId="27BF20C3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>Karlovarský kraj</w:t>
      </w:r>
      <w:r w:rsidRPr="009E4A83">
        <w:rPr>
          <w:b/>
          <w:lang w:val="cs-CZ"/>
        </w:rPr>
        <w:br/>
      </w:r>
    </w:p>
    <w:p w14:paraId="6A58A68A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se sídlem: </w:t>
      </w:r>
      <w:r w:rsidRPr="009E4A83">
        <w:rPr>
          <w:lang w:val="cs-CZ"/>
        </w:rPr>
        <w:t>Závodní 353/88, Dvory, 360 06 Karlovy Vary</w:t>
      </w:r>
    </w:p>
    <w:p w14:paraId="65F9E3D5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IČO: </w:t>
      </w:r>
      <w:r w:rsidRPr="009E4A83">
        <w:rPr>
          <w:lang w:val="cs-CZ"/>
        </w:rPr>
        <w:t>70891168</w:t>
      </w:r>
    </w:p>
    <w:p w14:paraId="3EA64B34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DIČ: </w:t>
      </w:r>
      <w:r w:rsidRPr="009E4A83">
        <w:rPr>
          <w:lang w:val="cs-CZ"/>
        </w:rPr>
        <w:t>CZ70891168</w:t>
      </w:r>
    </w:p>
    <w:p w14:paraId="0C9FE827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zastoupený: </w:t>
      </w:r>
      <w:r w:rsidRPr="009E4A83">
        <w:rPr>
          <w:lang w:val="cs-CZ"/>
        </w:rPr>
        <w:t xml:space="preserve">Mgr. Petrem </w:t>
      </w:r>
      <w:proofErr w:type="spellStart"/>
      <w:r w:rsidRPr="009E4A83">
        <w:rPr>
          <w:lang w:val="cs-CZ"/>
        </w:rPr>
        <w:t>Kubisem</w:t>
      </w:r>
      <w:proofErr w:type="spellEnd"/>
      <w:r w:rsidRPr="009E4A83">
        <w:rPr>
          <w:lang w:val="cs-CZ"/>
        </w:rPr>
        <w:t>, hejtmanem</w:t>
      </w:r>
    </w:p>
    <w:p w14:paraId="6D99E6F9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bankovní spojení: </w:t>
      </w:r>
      <w:proofErr w:type="spellStart"/>
      <w:r w:rsidRPr="009E4A83">
        <w:rPr>
          <w:lang w:val="cs-CZ"/>
        </w:rPr>
        <w:t>UniCredit</w:t>
      </w:r>
      <w:proofErr w:type="spellEnd"/>
      <w:r w:rsidRPr="009E4A83">
        <w:rPr>
          <w:lang w:val="cs-CZ"/>
        </w:rPr>
        <w:t xml:space="preserve"> Bank Czech Republic and Slovakia, a.s.</w:t>
      </w:r>
    </w:p>
    <w:p w14:paraId="443ED13F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číslo účtu: </w:t>
      </w:r>
      <w:r w:rsidRPr="009E4A83">
        <w:rPr>
          <w:lang w:val="cs-CZ"/>
        </w:rPr>
        <w:t>1387678928/2700</w:t>
      </w:r>
    </w:p>
    <w:p w14:paraId="38EE4237" w14:textId="77777777" w:rsidR="00A3176B" w:rsidRPr="009E4A83" w:rsidRDefault="004D2782">
      <w:pPr>
        <w:rPr>
          <w:lang w:val="cs-CZ"/>
        </w:rPr>
      </w:pPr>
      <w:r w:rsidRPr="009E4A83">
        <w:rPr>
          <w:lang w:val="cs-CZ"/>
        </w:rPr>
        <w:t>(dále jen „dárce“)</w:t>
      </w:r>
    </w:p>
    <w:p w14:paraId="276F1A23" w14:textId="77777777" w:rsidR="00A3176B" w:rsidRPr="009E4A83" w:rsidRDefault="004D2782">
      <w:pPr>
        <w:jc w:val="center"/>
        <w:rPr>
          <w:lang w:val="cs-CZ"/>
        </w:rPr>
      </w:pPr>
      <w:r w:rsidRPr="009E4A83">
        <w:rPr>
          <w:b/>
          <w:lang w:val="cs-CZ"/>
        </w:rPr>
        <w:t>a</w:t>
      </w:r>
    </w:p>
    <w:p w14:paraId="6C4A889A" w14:textId="77777777" w:rsidR="00A3176B" w:rsidRPr="009E4A83" w:rsidRDefault="004D2782">
      <w:pPr>
        <w:rPr>
          <w:lang w:val="cs-CZ"/>
        </w:rPr>
      </w:pPr>
      <w:r w:rsidRPr="009E4A83">
        <w:rPr>
          <w:b/>
          <w:i/>
          <w:lang w:val="cs-CZ"/>
        </w:rPr>
        <w:t>VARIANTA A – zletilý zástupce týmu</w:t>
      </w:r>
    </w:p>
    <w:p w14:paraId="02677EA0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Jméno a příjmení: </w:t>
      </w:r>
      <w:r w:rsidRPr="009E4A83">
        <w:rPr>
          <w:lang w:val="cs-CZ"/>
        </w:rPr>
        <w:t>………………………………………………………………</w:t>
      </w:r>
    </w:p>
    <w:p w14:paraId="57716B35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Datum narození: </w:t>
      </w:r>
      <w:r w:rsidRPr="009E4A83">
        <w:rPr>
          <w:lang w:val="cs-CZ"/>
        </w:rPr>
        <w:t>………………………………………………………………</w:t>
      </w:r>
    </w:p>
    <w:p w14:paraId="352ABB1B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Bydliště: </w:t>
      </w:r>
      <w:r w:rsidRPr="009E4A83">
        <w:rPr>
          <w:lang w:val="cs-CZ"/>
        </w:rPr>
        <w:t>………………………………………………………………</w:t>
      </w:r>
    </w:p>
    <w:p w14:paraId="4358C609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Bankovní spojení: </w:t>
      </w:r>
      <w:r w:rsidRPr="009E4A83">
        <w:rPr>
          <w:lang w:val="cs-CZ"/>
        </w:rPr>
        <w:t>………………………………………………………………</w:t>
      </w:r>
    </w:p>
    <w:p w14:paraId="3FB22F32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Číslo účtu: </w:t>
      </w:r>
      <w:r w:rsidRPr="009E4A83">
        <w:rPr>
          <w:lang w:val="cs-CZ"/>
        </w:rPr>
        <w:t>………………………………………………………………</w:t>
      </w:r>
    </w:p>
    <w:p w14:paraId="31C96888" w14:textId="77777777" w:rsidR="00A3176B" w:rsidRPr="009E4A83" w:rsidRDefault="004D2782">
      <w:pPr>
        <w:rPr>
          <w:lang w:val="cs-CZ"/>
        </w:rPr>
      </w:pPr>
      <w:r w:rsidRPr="009E4A83">
        <w:rPr>
          <w:b/>
          <w:lang w:val="cs-CZ"/>
        </w:rPr>
        <w:t>NEBO</w:t>
      </w:r>
    </w:p>
    <w:p w14:paraId="16BBFB4E" w14:textId="77777777" w:rsidR="00A3176B" w:rsidRPr="009E4A83" w:rsidRDefault="004D2782">
      <w:pPr>
        <w:rPr>
          <w:lang w:val="cs-CZ"/>
        </w:rPr>
      </w:pPr>
      <w:r w:rsidRPr="009E4A83">
        <w:rPr>
          <w:b/>
          <w:i/>
          <w:lang w:val="cs-CZ"/>
        </w:rPr>
        <w:t>VARIANTA B – nezletilý zástupce týmu</w:t>
      </w:r>
    </w:p>
    <w:p w14:paraId="44A4A744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Jméno a příjmení nezletilého: </w:t>
      </w:r>
      <w:r w:rsidRPr="009E4A83">
        <w:rPr>
          <w:lang w:val="cs-CZ"/>
        </w:rPr>
        <w:t>………………………………………………………………</w:t>
      </w:r>
    </w:p>
    <w:p w14:paraId="7BB1C3ED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Datum narození: </w:t>
      </w:r>
      <w:r w:rsidRPr="009E4A83">
        <w:rPr>
          <w:lang w:val="cs-CZ"/>
        </w:rPr>
        <w:t>………………………………………………………………</w:t>
      </w:r>
    </w:p>
    <w:p w14:paraId="6DB64E56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Bydliště: </w:t>
      </w:r>
      <w:r w:rsidRPr="009E4A83">
        <w:rPr>
          <w:lang w:val="cs-CZ"/>
        </w:rPr>
        <w:t>………………………………………………………………</w:t>
      </w:r>
    </w:p>
    <w:p w14:paraId="05E8212C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zastoupený zákonným zástupcem: </w:t>
      </w:r>
      <w:r w:rsidRPr="009E4A83">
        <w:rPr>
          <w:lang w:val="cs-CZ"/>
        </w:rPr>
        <w:t>………………………………………………………………</w:t>
      </w:r>
    </w:p>
    <w:p w14:paraId="354D4610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Datum narození zákonného zástupce: </w:t>
      </w:r>
      <w:r w:rsidRPr="009E4A83">
        <w:rPr>
          <w:lang w:val="cs-CZ"/>
        </w:rPr>
        <w:t>………………………………………………………………</w:t>
      </w:r>
    </w:p>
    <w:p w14:paraId="7085ACAD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Bydliště zákonného zástupce: </w:t>
      </w:r>
      <w:r w:rsidRPr="009E4A83">
        <w:rPr>
          <w:lang w:val="cs-CZ"/>
        </w:rPr>
        <w:t>………………………………………………………………</w:t>
      </w:r>
    </w:p>
    <w:p w14:paraId="533E5305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Bankovní spojení: </w:t>
      </w:r>
      <w:r w:rsidRPr="009E4A83">
        <w:rPr>
          <w:lang w:val="cs-CZ"/>
        </w:rPr>
        <w:t>………………………………………………………………</w:t>
      </w:r>
    </w:p>
    <w:p w14:paraId="1903CF7E" w14:textId="77777777" w:rsidR="00A3176B" w:rsidRPr="009E4A83" w:rsidRDefault="004D2782">
      <w:pPr>
        <w:spacing w:after="0"/>
        <w:rPr>
          <w:lang w:val="cs-CZ"/>
        </w:rPr>
      </w:pPr>
      <w:r w:rsidRPr="009E4A83">
        <w:rPr>
          <w:b/>
          <w:lang w:val="cs-CZ"/>
        </w:rPr>
        <w:t xml:space="preserve">Číslo účtu: </w:t>
      </w:r>
      <w:r w:rsidRPr="009E4A83">
        <w:rPr>
          <w:lang w:val="cs-CZ"/>
        </w:rPr>
        <w:t>………………………………………………………………</w:t>
      </w:r>
    </w:p>
    <w:p w14:paraId="423BE519" w14:textId="77777777" w:rsidR="00A3176B" w:rsidRPr="009E4A83" w:rsidRDefault="004D2782">
      <w:pPr>
        <w:rPr>
          <w:lang w:val="cs-CZ"/>
        </w:rPr>
      </w:pPr>
      <w:r w:rsidRPr="009E4A83">
        <w:rPr>
          <w:lang w:val="cs-CZ"/>
        </w:rPr>
        <w:t>(dále jen „obdarovaný“)</w:t>
      </w:r>
    </w:p>
    <w:p w14:paraId="0ED0BF22" w14:textId="77777777" w:rsidR="00A3176B" w:rsidRPr="009E4A83" w:rsidRDefault="004D2782" w:rsidP="009E4A83">
      <w:pPr>
        <w:jc w:val="both"/>
        <w:rPr>
          <w:bCs/>
          <w:lang w:val="cs-CZ"/>
        </w:rPr>
      </w:pPr>
      <w:r w:rsidRPr="009E4A83">
        <w:rPr>
          <w:bCs/>
          <w:lang w:val="cs-CZ"/>
        </w:rPr>
        <w:t>uzavírají podle § 2055 a násl. zákona č. 89/2012 Sb., občanský zákoník, ve znění pozdějších předpisů tuto</w:t>
      </w:r>
    </w:p>
    <w:p w14:paraId="79414707" w14:textId="77777777" w:rsidR="00A3176B" w:rsidRPr="009E4A83" w:rsidRDefault="004D2782">
      <w:pPr>
        <w:jc w:val="center"/>
        <w:rPr>
          <w:lang w:val="cs-CZ"/>
        </w:rPr>
      </w:pPr>
      <w:r w:rsidRPr="009E4A83">
        <w:rPr>
          <w:b/>
          <w:lang w:val="cs-CZ"/>
        </w:rPr>
        <w:t>darovací smlouvu</w:t>
      </w:r>
    </w:p>
    <w:p w14:paraId="584EC2EA" w14:textId="77777777" w:rsidR="00A3176B" w:rsidRPr="009E4A83" w:rsidRDefault="004D2782">
      <w:pPr>
        <w:jc w:val="center"/>
        <w:rPr>
          <w:lang w:val="cs-CZ"/>
        </w:rPr>
      </w:pPr>
      <w:r w:rsidRPr="009E4A83">
        <w:rPr>
          <w:b/>
          <w:lang w:val="cs-CZ"/>
        </w:rPr>
        <w:t>I.</w:t>
      </w:r>
    </w:p>
    <w:p w14:paraId="60987016" w14:textId="77777777" w:rsidR="00A3176B" w:rsidRPr="009E4A83" w:rsidRDefault="004D2782" w:rsidP="009E4A83">
      <w:pPr>
        <w:jc w:val="both"/>
        <w:rPr>
          <w:bCs/>
          <w:lang w:val="cs-CZ"/>
        </w:rPr>
      </w:pPr>
      <w:r w:rsidRPr="009E4A83">
        <w:rPr>
          <w:bCs/>
          <w:lang w:val="cs-CZ"/>
        </w:rPr>
        <w:t>Dárce se zavazuje na základě této smlouvy poskytnout obdarovanému finanční dar ve výši ……………… Kč (slovy: ………………………………………………………………… korun českých) za umístění soutěžního týmu „………………………………………………………………“ na …… místě v soutěži „</w:t>
      </w:r>
      <w:proofErr w:type="spellStart"/>
      <w:r w:rsidRPr="009E4A83">
        <w:rPr>
          <w:bCs/>
          <w:lang w:val="cs-CZ"/>
        </w:rPr>
        <w:t>Hackathon</w:t>
      </w:r>
      <w:proofErr w:type="spellEnd"/>
      <w:r w:rsidRPr="009E4A83">
        <w:rPr>
          <w:bCs/>
          <w:lang w:val="cs-CZ"/>
        </w:rPr>
        <w:t xml:space="preserve"> otevřených dat Karlovarského kraje 2026“.</w:t>
      </w:r>
    </w:p>
    <w:p w14:paraId="5310D71B" w14:textId="686201C1" w:rsidR="00A3176B" w:rsidRPr="009E4A83" w:rsidRDefault="004D2782" w:rsidP="009E4A83">
      <w:pPr>
        <w:jc w:val="both"/>
        <w:rPr>
          <w:bCs/>
          <w:lang w:val="cs-CZ"/>
        </w:rPr>
      </w:pPr>
      <w:r w:rsidRPr="009E4A83">
        <w:rPr>
          <w:bCs/>
          <w:lang w:val="cs-CZ"/>
        </w:rPr>
        <w:t xml:space="preserve">Obdarovaný je členem uvedeného soutěžního týmu a byl v souladu s Pravidly soutěže </w:t>
      </w:r>
      <w:proofErr w:type="spellStart"/>
      <w:r w:rsidRPr="009E4A83">
        <w:rPr>
          <w:bCs/>
          <w:lang w:val="cs-CZ"/>
        </w:rPr>
        <w:t>Hackathon</w:t>
      </w:r>
      <w:proofErr w:type="spellEnd"/>
      <w:r w:rsidRPr="009E4A83">
        <w:rPr>
          <w:bCs/>
          <w:lang w:val="cs-CZ"/>
        </w:rPr>
        <w:t xml:space="preserve"> otevřených dat Karlovarského kraje 2026 </w:t>
      </w:r>
      <w:r w:rsidR="00D86402">
        <w:rPr>
          <w:bCs/>
          <w:lang w:val="cs-CZ"/>
        </w:rPr>
        <w:t>na základě souhlasného určení členů týmu zvolen jako</w:t>
      </w:r>
      <w:r w:rsidRPr="009E4A83">
        <w:rPr>
          <w:bCs/>
          <w:lang w:val="cs-CZ"/>
        </w:rPr>
        <w:t xml:space="preserve"> zástupce týmu pro účely komunikace s pořadatelem a poskytnutí ceny.</w:t>
      </w:r>
    </w:p>
    <w:p w14:paraId="4818FBDA" w14:textId="3F1FF036" w:rsidR="00A3176B" w:rsidRPr="009E4A83" w:rsidRDefault="004D2782" w:rsidP="009E4A83">
      <w:pPr>
        <w:jc w:val="both"/>
        <w:rPr>
          <w:bCs/>
          <w:lang w:val="cs-CZ"/>
        </w:rPr>
      </w:pPr>
      <w:r w:rsidRPr="009E4A83">
        <w:rPr>
          <w:bCs/>
          <w:lang w:val="cs-CZ"/>
        </w:rPr>
        <w:lastRenderedPageBreak/>
        <w:t xml:space="preserve">Finanční dar je poskytován obdarovanému jako cena určená pro celý soutěžní tým. </w:t>
      </w:r>
      <w:r w:rsidR="00D86402">
        <w:rPr>
          <w:bCs/>
          <w:lang w:val="cs-CZ"/>
        </w:rPr>
        <w:t xml:space="preserve">Obdarovaný se zavazuje zajistit </w:t>
      </w:r>
      <w:r w:rsidRPr="009E4A83">
        <w:rPr>
          <w:bCs/>
          <w:lang w:val="cs-CZ"/>
        </w:rPr>
        <w:t xml:space="preserve">rozdělení ceny mezi jednotlivé členy soutěžního týmu </w:t>
      </w:r>
      <w:r w:rsidR="00D86402">
        <w:rPr>
          <w:bCs/>
          <w:lang w:val="cs-CZ"/>
        </w:rPr>
        <w:t>v souladu s jejich dohodou</w:t>
      </w:r>
      <w:r w:rsidRPr="009E4A83">
        <w:rPr>
          <w:bCs/>
          <w:lang w:val="cs-CZ"/>
        </w:rPr>
        <w:t>. Dárce do způsobu rozdělení ceny mezi jednotlivé členy týmu nevstupuje a nenese za něj odpovědnost.</w:t>
      </w:r>
    </w:p>
    <w:p w14:paraId="0182BA42" w14:textId="77777777" w:rsidR="00A3176B" w:rsidRPr="009E4A83" w:rsidRDefault="004D2782" w:rsidP="009E4A83">
      <w:pPr>
        <w:jc w:val="both"/>
        <w:rPr>
          <w:bCs/>
          <w:lang w:val="cs-CZ"/>
        </w:rPr>
      </w:pPr>
      <w:r w:rsidRPr="009E4A83">
        <w:rPr>
          <w:bCs/>
          <w:lang w:val="cs-CZ"/>
        </w:rPr>
        <w:t>Obdarovaný finanční dar přijímá.</w:t>
      </w:r>
    </w:p>
    <w:p w14:paraId="0F302436" w14:textId="77777777" w:rsidR="00A3176B" w:rsidRPr="009E4A83" w:rsidRDefault="004D2782" w:rsidP="009E4A83">
      <w:pPr>
        <w:jc w:val="center"/>
        <w:rPr>
          <w:b/>
          <w:lang w:val="cs-CZ"/>
        </w:rPr>
      </w:pPr>
      <w:r w:rsidRPr="009E4A83">
        <w:rPr>
          <w:b/>
          <w:lang w:val="cs-CZ"/>
        </w:rPr>
        <w:t>II.</w:t>
      </w:r>
    </w:p>
    <w:p w14:paraId="44E9E1DE" w14:textId="77777777" w:rsidR="00A3176B" w:rsidRPr="009E4A83" w:rsidRDefault="004D2782" w:rsidP="009E4A83">
      <w:pPr>
        <w:jc w:val="both"/>
        <w:rPr>
          <w:bCs/>
          <w:lang w:val="cs-CZ"/>
        </w:rPr>
      </w:pPr>
      <w:r w:rsidRPr="009E4A83">
        <w:rPr>
          <w:bCs/>
          <w:lang w:val="cs-CZ"/>
        </w:rPr>
        <w:t>Dárce se zavazuje uhradit finanční částku dle článku I. této smlouvy do 30 dnů od uzavření smlouvy na účet uvedený v záhlaví této smlouvy.</w:t>
      </w:r>
    </w:p>
    <w:p w14:paraId="5B8AD41B" w14:textId="77777777" w:rsidR="00A3176B" w:rsidRPr="009E4A83" w:rsidRDefault="004D2782">
      <w:pPr>
        <w:jc w:val="center"/>
        <w:rPr>
          <w:lang w:val="cs-CZ"/>
        </w:rPr>
      </w:pPr>
      <w:r w:rsidRPr="009E4A83">
        <w:rPr>
          <w:b/>
          <w:lang w:val="cs-CZ"/>
        </w:rPr>
        <w:t>III.</w:t>
      </w:r>
    </w:p>
    <w:p w14:paraId="77F7F8DB" w14:textId="77777777" w:rsidR="00A3176B" w:rsidRPr="009E4A83" w:rsidRDefault="004D2782" w:rsidP="009E4A83">
      <w:pPr>
        <w:jc w:val="both"/>
        <w:rPr>
          <w:lang w:val="cs-CZ"/>
        </w:rPr>
      </w:pPr>
      <w:r w:rsidRPr="009E4A83">
        <w:rPr>
          <w:lang w:val="cs-CZ"/>
        </w:rPr>
        <w:t>O poskytnutí daru rozhodla Rada Karlovarského kraje usnesením č. ………………… ze dne ………………….</w:t>
      </w:r>
    </w:p>
    <w:p w14:paraId="55E6F4F3" w14:textId="2C111764" w:rsidR="00A3176B" w:rsidRDefault="009E4A83">
      <w:pPr>
        <w:jc w:val="center"/>
        <w:rPr>
          <w:b/>
          <w:lang w:val="cs-CZ"/>
        </w:rPr>
      </w:pPr>
      <w:r>
        <w:rPr>
          <w:b/>
          <w:lang w:val="cs-CZ"/>
        </w:rPr>
        <w:t>I</w:t>
      </w:r>
      <w:r w:rsidR="004D2782" w:rsidRPr="009E4A83">
        <w:rPr>
          <w:b/>
          <w:lang w:val="cs-CZ"/>
        </w:rPr>
        <w:t>V.</w:t>
      </w:r>
    </w:p>
    <w:p w14:paraId="2C413799" w14:textId="547CC282" w:rsidR="009E4A83" w:rsidRPr="009E4A83" w:rsidRDefault="009E4A83" w:rsidP="009E4A83">
      <w:pPr>
        <w:jc w:val="both"/>
        <w:rPr>
          <w:lang w:val="cs-CZ"/>
        </w:rPr>
      </w:pPr>
      <w:r w:rsidRPr="009E4A83">
        <w:rPr>
          <w:lang w:val="cs-CZ"/>
        </w:rPr>
        <w:t xml:space="preserve">Poskytnutý dar je dle ustanovení </w:t>
      </w:r>
      <w:r w:rsidR="00641026" w:rsidRPr="00641026">
        <w:t xml:space="preserve">§ 10 </w:t>
      </w:r>
      <w:proofErr w:type="spellStart"/>
      <w:r w:rsidR="00641026" w:rsidRPr="00641026">
        <w:t>odst</w:t>
      </w:r>
      <w:proofErr w:type="spellEnd"/>
      <w:r w:rsidR="00641026" w:rsidRPr="00641026">
        <w:t xml:space="preserve">. 3 </w:t>
      </w:r>
      <w:proofErr w:type="spellStart"/>
      <w:r w:rsidR="00641026" w:rsidRPr="00641026">
        <w:t>písm</w:t>
      </w:r>
      <w:proofErr w:type="spellEnd"/>
      <w:r w:rsidR="00641026" w:rsidRPr="00641026">
        <w:t xml:space="preserve">. a) </w:t>
      </w:r>
      <w:r w:rsidRPr="009E4A83">
        <w:rPr>
          <w:lang w:val="cs-CZ"/>
        </w:rPr>
        <w:t>zákona č. 586/1992 Sb., o daních z příjmů, ve znění pozdějších předpisů osvobozen od daně.</w:t>
      </w:r>
    </w:p>
    <w:p w14:paraId="47078F63" w14:textId="77777777" w:rsidR="009E4A83" w:rsidRDefault="009E4A83" w:rsidP="009E4A83"/>
    <w:p w14:paraId="7A69EE02" w14:textId="4CDCB8BD" w:rsidR="009E4A83" w:rsidRDefault="009E4A83" w:rsidP="009E4A83">
      <w:pPr>
        <w:jc w:val="center"/>
        <w:rPr>
          <w:b/>
          <w:lang w:val="cs-CZ"/>
        </w:rPr>
      </w:pPr>
      <w:r w:rsidRPr="009E4A83">
        <w:rPr>
          <w:b/>
          <w:lang w:val="cs-CZ"/>
        </w:rPr>
        <w:t>V.</w:t>
      </w:r>
    </w:p>
    <w:p w14:paraId="184FEAE4" w14:textId="43D15F82" w:rsidR="00A3176B" w:rsidRPr="009E4A83" w:rsidRDefault="004D2782" w:rsidP="009E4A83">
      <w:pPr>
        <w:jc w:val="both"/>
        <w:rPr>
          <w:bCs/>
          <w:lang w:val="cs-CZ"/>
        </w:rPr>
      </w:pPr>
      <w:r w:rsidRPr="009E4A83">
        <w:rPr>
          <w:bCs/>
          <w:lang w:val="cs-CZ"/>
        </w:rPr>
        <w:t xml:space="preserve">1. Tato smlouva nabývá platnosti </w:t>
      </w:r>
      <w:r w:rsidR="00201DED">
        <w:rPr>
          <w:bCs/>
          <w:lang w:val="cs-CZ"/>
        </w:rPr>
        <w:t xml:space="preserve">a účinnosti </w:t>
      </w:r>
      <w:r w:rsidRPr="009E4A83">
        <w:rPr>
          <w:bCs/>
          <w:lang w:val="cs-CZ"/>
        </w:rPr>
        <w:t xml:space="preserve">dnem jejího podpisu oběma smluvními stranami. </w:t>
      </w:r>
    </w:p>
    <w:p w14:paraId="4CF2F3C9" w14:textId="3CC9FD8E" w:rsidR="00A3176B" w:rsidRPr="009E4A83" w:rsidRDefault="004D2782" w:rsidP="009E4A83">
      <w:pPr>
        <w:jc w:val="both"/>
        <w:rPr>
          <w:bCs/>
          <w:lang w:val="cs-CZ"/>
        </w:rPr>
      </w:pPr>
      <w:r w:rsidRPr="009E4A83">
        <w:rPr>
          <w:bCs/>
          <w:lang w:val="cs-CZ"/>
        </w:rPr>
        <w:t xml:space="preserve">2. Smlouva je vyhotovena ve </w:t>
      </w:r>
      <w:r w:rsidR="009E4A83" w:rsidRPr="009E4A83">
        <w:rPr>
          <w:bCs/>
          <w:lang w:val="cs-CZ"/>
        </w:rPr>
        <w:t>třech</w:t>
      </w:r>
      <w:r w:rsidRPr="009E4A83">
        <w:rPr>
          <w:bCs/>
          <w:lang w:val="cs-CZ"/>
        </w:rPr>
        <w:t xml:space="preserve"> stejnopisech, z nichž</w:t>
      </w:r>
      <w:r w:rsidR="009E4A83" w:rsidRPr="009E4A83">
        <w:rPr>
          <w:bCs/>
          <w:lang w:val="cs-CZ"/>
        </w:rPr>
        <w:t xml:space="preserve"> obdarovaný obdrží jedno vyhotovení smlouvy a dárce dvě vyhotovení</w:t>
      </w:r>
      <w:r w:rsidRPr="009E4A83">
        <w:rPr>
          <w:bCs/>
          <w:lang w:val="cs-CZ"/>
        </w:rPr>
        <w:t>.</w:t>
      </w:r>
    </w:p>
    <w:p w14:paraId="1F7F4063" w14:textId="77777777" w:rsidR="00A3176B" w:rsidRPr="009E4A83" w:rsidRDefault="00A3176B" w:rsidP="009E4A83">
      <w:pPr>
        <w:jc w:val="both"/>
        <w:rPr>
          <w:bCs/>
          <w:lang w:val="cs-CZ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A3176B" w:rsidRPr="009E4A83" w14:paraId="66F78C50" w14:textId="77777777">
        <w:tc>
          <w:tcPr>
            <w:tcW w:w="4873" w:type="dxa"/>
          </w:tcPr>
          <w:p w14:paraId="6FD5CBB0" w14:textId="77777777" w:rsidR="00A3176B" w:rsidRPr="009E4A83" w:rsidRDefault="004D2782" w:rsidP="009E4A83">
            <w:pPr>
              <w:jc w:val="both"/>
              <w:rPr>
                <w:bCs/>
                <w:lang w:val="cs-CZ"/>
              </w:rPr>
            </w:pPr>
            <w:r w:rsidRPr="009E4A83">
              <w:rPr>
                <w:bCs/>
                <w:lang w:val="cs-CZ"/>
              </w:rPr>
              <w:t>V Karlových Varech dne …………………</w:t>
            </w:r>
          </w:p>
        </w:tc>
        <w:tc>
          <w:tcPr>
            <w:tcW w:w="4873" w:type="dxa"/>
          </w:tcPr>
          <w:p w14:paraId="77F401D7" w14:textId="77777777" w:rsidR="00A3176B" w:rsidRPr="009E4A83" w:rsidRDefault="004D2782" w:rsidP="009E4A83">
            <w:pPr>
              <w:jc w:val="both"/>
              <w:rPr>
                <w:bCs/>
                <w:lang w:val="cs-CZ"/>
              </w:rPr>
            </w:pPr>
            <w:r w:rsidRPr="009E4A83">
              <w:rPr>
                <w:bCs/>
                <w:lang w:val="cs-CZ"/>
              </w:rPr>
              <w:t>V ……………………… dne …………………</w:t>
            </w:r>
          </w:p>
        </w:tc>
      </w:tr>
      <w:tr w:rsidR="00A3176B" w:rsidRPr="009E4A83" w14:paraId="6C46AFB3" w14:textId="77777777">
        <w:tc>
          <w:tcPr>
            <w:tcW w:w="4873" w:type="dxa"/>
          </w:tcPr>
          <w:p w14:paraId="41CED8F7" w14:textId="77777777" w:rsidR="00A3176B" w:rsidRPr="009E4A83" w:rsidRDefault="004D2782" w:rsidP="009E4A83">
            <w:pPr>
              <w:jc w:val="both"/>
              <w:rPr>
                <w:bCs/>
                <w:lang w:val="cs-CZ"/>
              </w:rPr>
            </w:pPr>
            <w:r w:rsidRPr="009E4A83">
              <w:rPr>
                <w:bCs/>
                <w:lang w:val="cs-CZ"/>
              </w:rPr>
              <w:br/>
            </w:r>
            <w:r w:rsidRPr="009E4A83">
              <w:rPr>
                <w:bCs/>
                <w:lang w:val="cs-CZ"/>
              </w:rPr>
              <w:br/>
              <w:t>………………………………………</w:t>
            </w:r>
            <w:r w:rsidRPr="009E4A83">
              <w:rPr>
                <w:bCs/>
                <w:lang w:val="cs-CZ"/>
              </w:rPr>
              <w:br/>
              <w:t>dárce</w:t>
            </w:r>
          </w:p>
        </w:tc>
        <w:tc>
          <w:tcPr>
            <w:tcW w:w="4873" w:type="dxa"/>
          </w:tcPr>
          <w:p w14:paraId="376657E5" w14:textId="77777777" w:rsidR="00A3176B" w:rsidRPr="009E4A83" w:rsidRDefault="004D2782" w:rsidP="009E4A83">
            <w:pPr>
              <w:jc w:val="both"/>
              <w:rPr>
                <w:bCs/>
                <w:lang w:val="cs-CZ"/>
              </w:rPr>
            </w:pPr>
            <w:r w:rsidRPr="009E4A83">
              <w:rPr>
                <w:bCs/>
                <w:lang w:val="cs-CZ"/>
              </w:rPr>
              <w:br/>
            </w:r>
            <w:r w:rsidRPr="009E4A83">
              <w:rPr>
                <w:bCs/>
                <w:lang w:val="cs-CZ"/>
              </w:rPr>
              <w:br/>
              <w:t>………………………………………</w:t>
            </w:r>
            <w:r w:rsidRPr="009E4A83">
              <w:rPr>
                <w:bCs/>
                <w:lang w:val="cs-CZ"/>
              </w:rPr>
              <w:br/>
              <w:t>obdarovaný / zákonný zástupce obdarovaného</w:t>
            </w:r>
          </w:p>
        </w:tc>
      </w:tr>
    </w:tbl>
    <w:p w14:paraId="6ECF591D" w14:textId="77777777" w:rsidR="004D2782" w:rsidRPr="009E4A83" w:rsidRDefault="004D2782" w:rsidP="009E4A83">
      <w:pPr>
        <w:jc w:val="both"/>
        <w:rPr>
          <w:bCs/>
          <w:lang w:val="cs-CZ"/>
        </w:rPr>
      </w:pPr>
    </w:p>
    <w:sectPr w:rsidR="004D2782" w:rsidRPr="009E4A83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3918162">
    <w:abstractNumId w:val="8"/>
  </w:num>
  <w:num w:numId="2" w16cid:durableId="1979143807">
    <w:abstractNumId w:val="6"/>
  </w:num>
  <w:num w:numId="3" w16cid:durableId="1629357468">
    <w:abstractNumId w:val="5"/>
  </w:num>
  <w:num w:numId="4" w16cid:durableId="1967083865">
    <w:abstractNumId w:val="4"/>
  </w:num>
  <w:num w:numId="5" w16cid:durableId="1288856146">
    <w:abstractNumId w:val="7"/>
  </w:num>
  <w:num w:numId="6" w16cid:durableId="479082193">
    <w:abstractNumId w:val="3"/>
  </w:num>
  <w:num w:numId="7" w16cid:durableId="257951196">
    <w:abstractNumId w:val="2"/>
  </w:num>
  <w:num w:numId="8" w16cid:durableId="741367922">
    <w:abstractNumId w:val="1"/>
  </w:num>
  <w:num w:numId="9" w16cid:durableId="22679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AF6"/>
    <w:rsid w:val="0015074B"/>
    <w:rsid w:val="00201DED"/>
    <w:rsid w:val="00222FE5"/>
    <w:rsid w:val="00243CF1"/>
    <w:rsid w:val="0029639D"/>
    <w:rsid w:val="00326F90"/>
    <w:rsid w:val="004D2782"/>
    <w:rsid w:val="004D3039"/>
    <w:rsid w:val="0061039E"/>
    <w:rsid w:val="00641026"/>
    <w:rsid w:val="00750FBA"/>
    <w:rsid w:val="007564AF"/>
    <w:rsid w:val="0075672E"/>
    <w:rsid w:val="009E4A83"/>
    <w:rsid w:val="00A3176B"/>
    <w:rsid w:val="00AA1D8D"/>
    <w:rsid w:val="00AC7EA3"/>
    <w:rsid w:val="00B47730"/>
    <w:rsid w:val="00CB0664"/>
    <w:rsid w:val="00D864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798D0"/>
  <w14:defaultImageDpi w14:val="300"/>
  <w15:docId w15:val="{8BD0DAD0-20BB-4450-9B5A-8052D0A8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ze">
    <w:name w:val="Revision"/>
    <w:hidden/>
    <w:uiPriority w:val="99"/>
    <w:semiHidden/>
    <w:rsid w:val="00D86402"/>
    <w:pPr>
      <w:spacing w:after="0" w:line="240" w:lineRule="auto"/>
    </w:pPr>
    <w:rPr>
      <w:rFonts w:ascii="Arial" w:hAnsi="Arial"/>
      <w:sz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201D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D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DED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D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DED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2325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Valentová Marie</cp:lastModifiedBy>
  <cp:revision>2</cp:revision>
  <dcterms:created xsi:type="dcterms:W3CDTF">2026-09-29T04:59:00Z</dcterms:created>
  <dcterms:modified xsi:type="dcterms:W3CDTF">2026-09-29T04:59:00Z</dcterms:modified>
  <cp:category/>
</cp:coreProperties>
</file>