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C253" w14:textId="77777777" w:rsidR="00A946E0" w:rsidRDefault="008462EB">
      <w:pPr>
        <w:pStyle w:val="Nzev"/>
      </w:pPr>
      <w:r>
        <w:t>Čestné prohlášení žadatele</w:t>
      </w:r>
    </w:p>
    <w:p w14:paraId="32D1BE00" w14:textId="77777777" w:rsidR="00A946E0" w:rsidRDefault="00A946E0"/>
    <w:p w14:paraId="3372C34B" w14:textId="5E73C104" w:rsidR="00A946E0" w:rsidRDefault="008462EB">
      <w:proofErr w:type="spellStart"/>
      <w:r>
        <w:t>Já</w:t>
      </w:r>
      <w:proofErr w:type="spellEnd"/>
      <w:r>
        <w:t xml:space="preserve">, </w:t>
      </w:r>
      <w:proofErr w:type="spellStart"/>
      <w:r>
        <w:t>níže</w:t>
      </w:r>
      <w:proofErr w:type="spellEnd"/>
      <w:r>
        <w:t xml:space="preserve"> </w:t>
      </w:r>
      <w:proofErr w:type="spellStart"/>
      <w:r>
        <w:t>podepsaný</w:t>
      </w:r>
      <w:proofErr w:type="spellEnd"/>
      <w:r>
        <w:t>/á:</w:t>
      </w:r>
      <w:r w:rsidR="002A6BFE">
        <w:t xml:space="preserve"> </w:t>
      </w:r>
      <w:r w:rsidR="002A6BFE">
        <w:t>....................................................</w:t>
      </w:r>
    </w:p>
    <w:p w14:paraId="54BADE0D" w14:textId="77777777" w:rsidR="00A946E0" w:rsidRDefault="008462EB">
      <w:r>
        <w:t>Jméno a příjmení / Název: ....................................................</w:t>
      </w:r>
    </w:p>
    <w:p w14:paraId="1FE56F58" w14:textId="77777777" w:rsidR="00A946E0" w:rsidRDefault="008462EB">
      <w:r>
        <w:t>Datum narození / IČO: ....................................................</w:t>
      </w:r>
    </w:p>
    <w:p w14:paraId="3FED358C" w14:textId="77777777" w:rsidR="00A946E0" w:rsidRDefault="008462EB">
      <w:r>
        <w:t>Bydliště / Sídlo: ....................................................</w:t>
      </w:r>
    </w:p>
    <w:p w14:paraId="0A2C06A4" w14:textId="77777777" w:rsidR="00A946E0" w:rsidRDefault="008462EB">
      <w:r>
        <w:br/>
        <w:t>čestně prohlašuji, že:</w:t>
      </w:r>
      <w:r>
        <w:br/>
      </w:r>
      <w:r>
        <w:br/>
        <w:t>1) nemám žádné nedoplatky evidované u finančního úřadu (daně),</w:t>
      </w:r>
      <w:r>
        <w:br/>
        <w:t>2) nemám žádné nedoplatky na pojistném a penále na veřejném zdravotním pojištění,</w:t>
      </w:r>
      <w:r>
        <w:br/>
      </w:r>
      <w:r>
        <w:t>3) nemám žádné nedoplatky na pojistném a penále na sociálním zabezpečení a příspěvku na státní politiku zaměstnanosti,</w:t>
      </w:r>
      <w:r>
        <w:br/>
        <w:t>4) nemám žádné nedoplatky vůči Karlovarskému kraji,</w:t>
      </w:r>
      <w:r>
        <w:br/>
        <w:t>5) nejsem v insolvenci ani proti mně není vedeno insolvenční řízení,</w:t>
      </w:r>
      <w:r>
        <w:br/>
        <w:t>6) není proti mně vedeno konkurzní řízení a nebyl na můj majetek prohlášen konkurz.</w:t>
      </w:r>
    </w:p>
    <w:p w14:paraId="56077FB1" w14:textId="77777777" w:rsidR="00A946E0" w:rsidRDefault="008462EB">
      <w:r>
        <w:br/>
        <w:t>Jsem si vědom/a, že uvedení nepravdivých údajů může mít právní důsledky.</w:t>
      </w:r>
    </w:p>
    <w:p w14:paraId="78BA9964" w14:textId="77777777" w:rsidR="00A946E0" w:rsidRDefault="008462EB">
      <w:r>
        <w:br/>
        <w:t>V ................................ dne ...............................</w:t>
      </w:r>
    </w:p>
    <w:p w14:paraId="0D5AC8AD" w14:textId="77777777" w:rsidR="002A6BFE" w:rsidRDefault="002A6BFE"/>
    <w:p w14:paraId="299B8758" w14:textId="19C09D2F" w:rsidR="00A946E0" w:rsidRDefault="008462EB">
      <w:r>
        <w:br/>
      </w:r>
      <w:r>
        <w:t>....................................................</w:t>
      </w:r>
    </w:p>
    <w:p w14:paraId="4EA3F1BE" w14:textId="77777777" w:rsidR="00A946E0" w:rsidRDefault="008462EB">
      <w:r>
        <w:t>podpis žadatele</w:t>
      </w:r>
    </w:p>
    <w:sectPr w:rsidR="00A946E0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94BBC" w14:textId="77777777" w:rsidR="008462EB" w:rsidRDefault="008462EB" w:rsidP="002A6BFE">
      <w:pPr>
        <w:spacing w:after="0" w:line="240" w:lineRule="auto"/>
      </w:pPr>
      <w:r>
        <w:separator/>
      </w:r>
    </w:p>
  </w:endnote>
  <w:endnote w:type="continuationSeparator" w:id="0">
    <w:p w14:paraId="238DA537" w14:textId="77777777" w:rsidR="008462EB" w:rsidRDefault="008462EB" w:rsidP="002A6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BE5CA" w14:textId="77777777" w:rsidR="008462EB" w:rsidRDefault="008462EB" w:rsidP="002A6BFE">
      <w:pPr>
        <w:spacing w:after="0" w:line="240" w:lineRule="auto"/>
      </w:pPr>
      <w:r>
        <w:separator/>
      </w:r>
    </w:p>
  </w:footnote>
  <w:footnote w:type="continuationSeparator" w:id="0">
    <w:p w14:paraId="7E39B0B7" w14:textId="77777777" w:rsidR="008462EB" w:rsidRDefault="008462EB" w:rsidP="002A6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ED0FA" w14:textId="09FA39B5" w:rsidR="002A6BFE" w:rsidRDefault="002A6BFE">
    <w:pPr>
      <w:pStyle w:val="Zhlav"/>
    </w:pPr>
    <w:proofErr w:type="spellStart"/>
    <w:r>
      <w:t>Příloha</w:t>
    </w:r>
    <w:proofErr w:type="spellEnd"/>
    <w:r>
      <w:t xml:space="preserve"> č. 4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702603">
    <w:abstractNumId w:val="8"/>
  </w:num>
  <w:num w:numId="2" w16cid:durableId="1529566404">
    <w:abstractNumId w:val="6"/>
  </w:num>
  <w:num w:numId="3" w16cid:durableId="975135835">
    <w:abstractNumId w:val="5"/>
  </w:num>
  <w:num w:numId="4" w16cid:durableId="1794664331">
    <w:abstractNumId w:val="4"/>
  </w:num>
  <w:num w:numId="5" w16cid:durableId="1549144744">
    <w:abstractNumId w:val="7"/>
  </w:num>
  <w:num w:numId="6" w16cid:durableId="208764364">
    <w:abstractNumId w:val="3"/>
  </w:num>
  <w:num w:numId="7" w16cid:durableId="703216131">
    <w:abstractNumId w:val="2"/>
  </w:num>
  <w:num w:numId="8" w16cid:durableId="769547612">
    <w:abstractNumId w:val="1"/>
  </w:num>
  <w:num w:numId="9" w16cid:durableId="1738087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6BFE"/>
    <w:rsid w:val="00326F90"/>
    <w:rsid w:val="0062698E"/>
    <w:rsid w:val="008462EB"/>
    <w:rsid w:val="00A946E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EF302"/>
  <w14:defaultImageDpi w14:val="300"/>
  <w15:docId w15:val="{00F5B463-6295-4476-8C7B-942277B20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Kořán Petr</dc:creator>
  <cp:keywords/>
  <dc:description>generated by python-docx</dc:description>
  <cp:lastModifiedBy>Kořán Petr</cp:lastModifiedBy>
  <cp:revision>2</cp:revision>
  <dcterms:created xsi:type="dcterms:W3CDTF">2026-07-01T08:51:00Z</dcterms:created>
  <dcterms:modified xsi:type="dcterms:W3CDTF">2026-07-01T08:51:00Z</dcterms:modified>
  <cp:category/>
</cp:coreProperties>
</file>